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MS Word 2007 - Tabs Example (टैब्स का उदाहरण)</w:t>
      </w:r>
    </w:p>
    <w:p>
      <w:r>
        <w:t>यह उदाहरण दिखाता है कि MS Word में Tabs का उपयोग करके टेबल जैसी लिस्ट कैसे बनाई जा सकती है।</w:t>
      </w:r>
    </w:p>
    <w:p>
      <w:r>
        <w:t>नाम</w:t>
        <w:tab/>
        <w:tab/>
        <w:t>पता</w:t>
        <w:tab/>
        <w:tab/>
        <w:t>फोन</w:t>
      </w:r>
    </w:p>
    <w:p>
      <w:r>
        <w:t>राम</w:t>
        <w:tab/>
        <w:tab/>
        <w:t>दिल्ली</w:t>
        <w:tab/>
        <w:tab/>
        <w:t>9876543210</w:t>
      </w:r>
    </w:p>
    <w:p>
      <w:r>
        <w:t>श्याम</w:t>
        <w:tab/>
        <w:tab/>
        <w:t>मुंबई</w:t>
        <w:tab/>
        <w:tab/>
        <w:t>8765432109</w:t>
      </w:r>
    </w:p>
    <w:p>
      <w:r>
        <w:t>गीता</w:t>
        <w:tab/>
        <w:tab/>
        <w:t>जयपुर</w:t>
        <w:tab/>
        <w:tab/>
        <w:t>7654321098</w:t>
      </w:r>
    </w:p>
    <w:p>
      <w:r>
        <w:t>सीमा</w:t>
        <w:tab/>
        <w:tab/>
        <w:t>भोपाल</w:t>
        <w:tab/>
        <w:tab/>
        <w:t>6543210987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